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השומרים החכמים של מערכת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חיישנים ומחשבים שומרים על מערכת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היגיינה דיגיטלית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יתרונות וסיכונים של מערכות חכמות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קריאה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כמות המים, הלחץ ואיכות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שולח התראה וצוות יוצא לבדוק ולתקן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שימוש באותה סיסמה קצרה לכל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בלילה רוב האנשים ישנים וצריכת המים אמורה להיות נמוכה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 שניהם הרגלים קטנים וקבועים ששומרים על בריאות ותקינות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- המחשב מזהה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תחזוקה מונעת היא טיפול לפני התקלה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מהיגיינה דיגיטלית בריאה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עדכונים חשובים לתקינות ולבטיחות המכשיר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עדכוני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נזילה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הרגל בריא או הרגל שכדאי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(הרגל בריא)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(כדאי לשנות)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(כדאי לשנות)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(הרגל בריא)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(כדאי לשנות)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(הרגל בריא)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למשל גלאי עשן, נורית אזהרה במכונית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סיסמה חזקה, לא ללחוץ על קישורים מוזרים, לעדכן תוכנה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לציין: יתרון - גילוי מוקדם של תקלות וחיסכון; כלל - לא לשתף מידע אישי בלי רשות, להגביל גישה לנתונים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שניהם מזהים בעיה ושולחים התראה. שונה: היקף - מדינה שלמה מול בית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מודדים זרימה, לחץ ואיכות מים ושולחים התראה כשמשהו לא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סיסמה חזקה, עדכוני תוכנה, זהירות מקישורים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חוסך מים וכסף ומונע נזק גדול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בשאלה פתוחה: מה קורה בבית כשיש נזילה ואיש לא שם לב?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בין היגיינה דיגיטלית אישית (מחשב, טלפון) לבין המערכת הגדולה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עם דיון קצר על כל פריט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השומרים החכמים של מערכת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אנשים שעובדים ליד מסכים ושומרים על צינורות המים. הם משתמשים במכשירים שנקראים חיישנים. בדף הזה נלמד איך זה עובד.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חיישן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קטן שמודד דברים כמו לחץ או כמות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מאגר 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שבו שומרים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שמזהירה שמשהו לא תקין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היגיינה דיגיטלית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הרגלים ששומרים על מחשב או טלפון בטוחים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עדכון תוכנה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שיפור שהחברה שולחת למחשב כדי לתקן בעיות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נזילה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שיוצאים מצינור בלי שרוצים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תחזוקה מונעת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טיפול לפני שיש תקלה, כדי למנוע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קריאה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החיישנים בודקים?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כמות המים, הלחץ ואיכות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מספר האנשים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צבע הצינורות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המחשב עושה כשמשהו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מכבה את כל המים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שולח התראה וצוות יוצא לבדוק ולתקן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מחכה לשבוע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טוב לעשות עם 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סיסמה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עדכוני 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זהירות מקישור לא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באותה סיסמה קצרה לכל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מים זורמים בלילה זה חשוד?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בלילה רוב האנשים ישנים וצריכת המים אמורה להיות נמוכה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בלילה המים חמים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בלילה הצינורות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בלילה יורד גשם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שתי הפעולות דומות?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שניהם משתמשים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שניהם קורים רק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שניהם הרגלים קטנים וקבועים ששומרים על בריאות ותקינות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מחשב צריך סבון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חיישנים יכולים לגלות תקלה לפני שמישהו בבית מרגיש 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תחזוקה מונעת פירושה לחכות שהמשאבה תתקלקל ורק אז לתקן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לבחור סיסמה ארוכה ושונה לכל 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עדכוני תוכנה הם בזבוז זמן ואפשר לדלג עליהם 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נקודה מהבהבת במסך היא משאבה, מאגר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כשמשהו לא תקין, המחשב שולח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לשמור על מחשבים צריך סיסמאות חזקות ו__________ תוכנה קבועים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מים שיוצאים מצינור בטעות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הרגל בריא או הרגל שכדאי לשנות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לעדכן את המכשיר כשמגיע עדכון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כדאי לשנות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ללחוץ על כל קישור שמגיע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הרגל בריא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לספר את הסיסמה לחברים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כדאי לשנות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לגבות תמונות וקבצים חשובים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הרגל בריא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סיסמה 123456 לכל החשבונות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כדאי לשנות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לשאול מבוגר לפני שפותחים קישור לא מוכר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הרגל בריא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מכשיר בבית שלכם מודיע כשמשהו לא בסדר (למשל נורה, צפצוף)? איך זה עוזר?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כללי היגיינה דיגיטלית לכיתה שלכם, בשפה פשוטה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מערכת חכמה אוספת הרבה נתונים. אילו יתרונות יש לכך, ואילו כללים הייתם קובעים כדי לשמור על פרטיות התושבים?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חדר בקרה ששומר על כל מערכת המים לבין מונה חכם ששומר על בית אחד?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החיישנים במערכת המים?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להרגל היגיינה דיגיטלית טוב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לגלות נזילת מים מהר?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השומרים החכמים של מערכת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